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של הרצל ואת האירועים שהובילו לגיבוש הרעיון הציוני המדיני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בהיסטוריה של התנועה הציונית ולהשתמש בהם נכון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– זיהוי כותב, קהל יעד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עמדה מנומקת בכתב על חזונו של הרצל, תוך שימוש בראיות מהתקופה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מילדות בבודפשט ועד בזל: ציר הזמן וסיבה-תוצאה – 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בעיר 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מות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1896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מילדות בבודפשט ועד בזל: ציר הזמן וסיבה-תוצאה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(המעבר לווינה אחרי מות האחות)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(קבלת תואר דוקטור למשפטים)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(תחילת העבודה כעיתונאי בפריז)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(טקס השפלתו של דרייפוס בפריז)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(פרסום "מדינת היהודים")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(הקונגרס הציוני הראשון בבזל)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מילדות בבודפשט ועד בזל: ציר הזמן וסיבה-תוצאה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מושגי יסוד: ציונות מדינית, התבוללות, אנטישמיות מודרנית ודיפלומטיה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(להשיג הכרה והסכם בינלאומי לפני התיישבות רחבה)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(היטמעות בתרבות הרוב עד לוויתור על הזהות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(שנאת יהודים המנומקת בטענות לאומיות או "גזעיות")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(כתב זכויות רשמי ממעצמה לאפשר התיישבות מוגנת)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(מטרה שאושרה ב-1897: בית מולדת בארץ ישראל במשפט הכללי)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(ניהול מגעים ומשא ומתן בין מדינות ומנהיגים)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מושגי יסוד: ציונות מדינית, התבוללות, אנטישמיות מודרנית ודיפלומטיה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התבוללות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ציונות 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דיפלומטיה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התבססה על טענות לאומיות וגזעיות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בית מולדת בארץ ישראל המובטח במשפט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מושגי יסוד: ציונות מדינית, התבוללות, אנטישמיות מודרנית ודיפלומטיה – חשיבה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מושגי יסוד: ציונות מדינית, התבוללות, אנטישמיות מודרנית ודיפלומטיה – כתיבה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שאוטופיה היא חברה אידיאלית ותביא דוגמה כמו שוויון, מדע או יום עבודה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תקשר בין חתירה להכרה רשמית ממעצמה לבין הרצון בהתיישבות מוגנת וחוקית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קריאת מקורות ראשוניים: יומן, נאום וחוברת "מדינת היהודים"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 שנכתב בזמן האירועים בידי מי שהיה מעורב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בנימין זאב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קריאת מקורות ראשוניים: יומן, נאום וחוברת "מדינת היהודים"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קריאת מקורות ראשוניים: יומן, נאום וחוברת "מדינת היהודים"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(נכתב לעצמו, חושף מחשבות פרטיות)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(נכתב לקהל רחב, מיועד לשכנע ולעורר)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(תוכנית מעשית שפורסמה לציבור הרחב)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(נכתב ימים ספורים אחרי כינוס הקונגרס)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קריאת מקורות ראשוניים: יומן, נאום וחוברת "מדינת היהודים"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מקנה לרעיון לגיטימציה ושורשים היסטוריים, מראה שאינו המצאה גחמנית אלא המשך למסורת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נכתב לעצמו בכנות גלויה; נאום נכתב לקהל רחב ולכן מנוסח בזהירות ובמטרה לשכנע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החזון אז ועכשיו: מה התגשם, מה התגשם אחרת – זיהוי פרטי החזון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לבן עם שבעה כוכבי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האמין שהעברית תהיה שפת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שוויון זכויות לכל התושבים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החזון אז ועכשיו: מה התגשם, מה התגשם אחרת – התאמה בין החזון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(דגל המדינה שקמה שונה – כחול-לבן עם מגן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(כיום מקובל יום עבודה ארוך יותר, בסביבות שמונה שעות)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(העברית התחדשה והפכה לשפת הרוב במדינה)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(התפתחו בהמשך למוסדות שלטון במדינה שקמה)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הוקמה כפי שתוכנן באלטנוילנד)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החזון אז ועכשיו: מה התגשם, מה התגשם אחרת – ניתוח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לדוגמה הדגל או השפה – לציין את החזון, את המציאות, והסבר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המתייחסת לרקע התרבותי של הרצל ולהבדל בין חזון למציאות שהתפתחה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המציינת דוגמה קונקרטית ונימוק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המקשרת בין פריט מהחזון (מוסדות, שוויון, טכנולוגיה וכד') לתמונה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ודיון: נקודות מבט ופסקת טיעון על דמותו של הרצל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טענה, נימוקים וראיות, הסתייגות,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ודיון: נקודות מבט ופסקת טיעון על דמותו של הרצל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– הרצל רצה להציג עם שמנהל את ענייניו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מקור ראשוני נכתב בזמן האירועים בידי מי שהיה מעורב בהם, כמו יומן או נאום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ודיון: נקודות מבט ופסקת טיעון על דמותו של הרצל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כתיבה ודיון: נקודות מבט ופסקת טיעון על דמותו של הרצל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(משפחתה סובלת מאנטישמיות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(חושש שהקונגרס יפגע במעמדו בחברה האוסטרית)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(מסקר את הכינוס בסקרנות ניטרלית)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מה ישנו נאומים באירופה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המשפחה עברה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השגת הכרה והסכם בינלאומי לפני התיישבות 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ראה ששנאת יהודים קיימת גם בארץ החירות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היטמעות בתרבות הרוב עד ויתור על הזהות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סמל לשבע שעות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בית מולדת לעם היהודי בארץ ישראל המובטח במשפט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אם נכללו אירועים כמו מות פאולינה, פרשת דרייפוס, פרסום 'מדינת היהודים' והקונגרס בבזל, עם הסבר קצר על הקשר הסיבתי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הסבר מדויק (במילים של התלמיד/ה) למושגים כגון ציונות מדינית, התבוללות ואנטישמיות מודרנית, ולא רק שינון ההגדרה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מזהה כותב, קהל יעד ומטרה, ולא רק מתארת את תוכן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עד ארבעה מפגשים: פרק 1-2 במפגש ראשון, פרק 3 במפגש שני, פרקים 4-5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כמות הקטעים בפרק 3 ולהתמקד בציטוט אחד בלבד עם שאלות מודרכות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בכיתה על ההבדל בין עמדת הרצל לעמדת אחד העם כפי שמוזכר במקורות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בפרק 5 שאין תשובה פוליטית 'נכונה' בשאלת מה התגשם מהחזון – המטרה היא נימוק מבוסס, לא עמדה אחידה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פתרו את הפרקים אחד אחרי השני. קראו כל קטע בעיון וכתבו תשובה מלאה. אפשר לעבוד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שלפיה יש להשיג קודם הכרה והסכם בינלאומי, ורק אחר כך להתיישב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התבוללות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היטמעות מלאה בתרבות הרוב עד ויתור על הזהות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 מודרנית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שנאת יהודים המנומקת בטענות לאומיות או גזעיות, לא רק דתיות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צ'רטר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זכויות רשמי ממעצמה שמאפשר התיישבות מוגנת ומוכרת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שאושרה בקונגרס הראשון: בית מולדת ליהודים בארץ ישראל המובטח במשפט הכללי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דיפלומטיה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מגעים ומשא ומתן בין מדינות ומנהיגים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חברה אידיאלית שמכוון מעשים במציאות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בזמן האירועים בידי מי שהיה מעורב בהם, כמו יומן או נאום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אדם תופס אירוע, לפי מקומו וניסיונו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שדמות מותירה לדורות הבאים – רעיונות, מוסדות וסמלים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מילדות בבודפשט ועד בזל: ציר הזמן וסיבה-תוצאה – 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פשט (בודפשט), 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בווינה, אוסטריה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בבזל, שווייץ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המשפחה עברה לווינה?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מינוי אביו לתפקיד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פתיחת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לימודיו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הרצל נסע לעבוד כעיתונאי?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יצא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מילדות בבודפשט ועד בזל: ציר הזמן וסיבה-תוצאה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1. 1878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תחילת העבודה כעיתונאי בפריז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פרסום "מדינת היהודים"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 השפלתו של דרייפוס בפריז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קבלת תואר דוקטור למשפטים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המעבר לווינה אחרי מות האחות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מילדות בבודפשט ועד בזל: ציר הזמן וסיבה-תוצאה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בעקבות מותה הפתאומי של אחותו __________ עברה משפחת הרצל לגור בווינה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בינואר 1895 נכח הרצל בטקס השפלתו של הקצין היהודי __________, שהואשם בריגול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מושגי יסוד: ציונות מדינית, התבוללות, אנטישמיות מודרנית ודיפלומטיה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שנאת יהודים המנומקת בטענות לאומיות או "גזעיות"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להשיג הכרה והסכם בינלאומי לפני התיישבות רחבה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 זכויות רשמי ממעצמה לאפשר התיישבות מוגנת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צ'רטר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היטמעות בתרבות הרוב עד לוויתור על הזהות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ניהול מגעים ומשא ומתן בין מדינות ומנהיגים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מטרה שאושרה ב-1897: בית מולדת בארץ ישראל במשפט הכללי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מושגי יסוד: ציונות מדינית, התבוללות, אנטישמיות מודרנית ודיפלומטיה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להיטמעות מלאה בתרבות הסביבה?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ציונות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התבוללות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דיפלומטיה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אוטופיה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נקראת הגישה של הרצל לפתרון בעזרת הסכמה בינלאומית?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ציונות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צ'רטר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אנטישמיות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פנייה למנהיגי מדינות כדי להשיג תמיכה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דיפלומטיה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התבוללות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השתנה באופי שנאת היהודים בתקופת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הפכה לדתית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התבססה על טענות לאומיות וגזעיות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נעלמה כליל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הייתה רק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קבעה תוכנית בזל כמטרת התנועה הציונית?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עיתון ציוני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מולדת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צבא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תרגום התנ״ך לגרמנית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מושגי יסוד: ציונות מדינית, התבוללות, אנטישמיות מודרנית ודיפלומטיה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יומנו האישי של הרצל, שנכתב בזמן האירועים עצמם, הוא דוגמה ל-__________.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מושגי יסוד: ציונות מדינית, התבוללות, אנטישמיות מודרנית ודיפלומטיה – כתיבה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ניתן לכנות את התיאור של אלטנוילנד "אוטופיה", והביאו דוגמה אחת מהחזון שמופיעה בציר הזמן.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המושג "צ'רטר" קשור לגישה הדיפלומטית של הרצל, ומדוע העדיף דרך זו על פני התיישבות מיידית ללא הסכמה בינלאומית.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קריאת מקורות ראשוניים: יומן, נאום וחוברת "מדינת היהודים"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מקור ראשוני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 של היסטוריון על תקופה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שנכתב בזמן האירועים בידי מי שהיה מעורב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 תיעודי שנעשה שנים רבות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יצאה לאור החוברת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אמר את שני הקטעים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אלפרד דרייפוס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קריאת מקורות ראשוניים: יומן, נאום וחוברת "מדינת היהודים"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 הרצל ביומנו: "בבזל ייסדתי את מדינת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הראשון, שבו נישא הנאום הנלמד, התכנס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קריאת מקורות ראשוניים: יומן, נאום וחוברת "מדינת היהודים"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נכתב ימים ספורים אחרי כינוס הקונגרס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נאום בקונגרס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 לעצמו, חושף מחשבות פרטיות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חוברת "מדינת היהודים"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נכתב לקהל רחב, מיועד לשכנע ולעורר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קטע מהיומן, ספטמבר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תוכנית מעשית שפורסמה לציבור הרחב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קריאת מקורות ראשוניים: יומן, נאום וחוברת "מדינת היהודים"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הרצל הדגיש בחוברת שהרעיון של מדינה ליהודים הוא "עתיק מאוד"? מה הוא מרוויח מכך מול קוראיו?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קהל היעד של יומן אישי לבין קהל היעד של נאום פומבי, וכיצד זה עשוי להשפיע על הסגנון?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החזון אז ועכשיו: מה התגשם, מה התגשם אחרת – זיהוי פרטי החזון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הרצל דמיין את דגל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 עם שבעה כוכבי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כחול-לבן עם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תכלת עם פס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 עם כוכב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שעות עבודה ביום דמיין הרצל לכל עובד במדינה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אחד מתפקידיה של התעלה שתוכננה באלטנוילנד?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הובלת נוסעים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ייצור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השקיית מדבר הנגב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הפרדה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עמדת הרצל ביחס לשפת היום-יום במדינה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האמין שהעברית תהיה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האמין שהעברית תהיה שפת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 שהגרמנית תהיה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התייחס לנושא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עיקרון בא לידי ביטוי במשפט "אחי אתה, אדם" באלטנוילנד?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עדיפות ליהודים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 זכויות לכל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בידוד מהעולם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החזון אז ועכשיו: מה התגשם, מה התגשם אחרת – התאמה בין החזון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דגל לבן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העברית התחדשה והפכה לשפת הרוב במדינה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 בהמשך למוסדות שלטון במדינה שקמה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הרצל חשב שהעברית לא תהיה שפת יום-יום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דגל המדינה שקמה שונה – כחול-לבן עם מגן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מוסדות לאומיים כמו הקונגרס וההסתדרות הציונית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הוקמה כפי שתוכנן באלטנוילנד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תעלה מהים התיכון לים המלח לייצור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כיום מקובל יום עבודה ארוך יותר, בסביבות שמונה שעות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החזון אז ועכשיו: מה התגשם, מה התגשם אחרת – ניתוח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פריט אחד מהחזון שלדעתכם התגשם "אחרת" ממה שהרצל דמיין, ונמקו מה השתנה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הרצל לא האמין שהעברית תהפוך לשפת היום-יום, ומה זה מלמד על גבולות החזון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שורות המשוות בין העיקרון "אחי אתה, אדם" לבין מציאות חברתית מוכרת לכם כיום, עם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לו יכולתם להציג להרצל תמונה אחת מישראל של היום, איזו תמונה הייתם בוחרים ומדוע? התייחסו לקשר בין התמונה לחזון המקורי.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ודיון: נקודות מבט ופסקת טיעון על דמותו של הרצל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בבזל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פרסום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סדר השלבים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ראיות, טענה, סיכום,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נימוקים וראיות, הסתייגות,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סיכום, טענה, הסתייגות,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הסתייגות, ראיות, טענה,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ודיון: נקודות מבט ופסקת טיעון על דמותו של הרצל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הקפיד שהצירים בקונגרס יופיעו בלבוש רשמי כדי שהעולם יראה עם מאורגן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הוא טקסט שנכתב שנים רבות אחרי האירוע על ידי מי שלא היה נוכח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ודיון: נקודות מבט ופסקת טיעון על דמותו של הרצל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כשכותבים מכתב מנקודת מבט של דמות בדויה, חשוב להתחשב ב__________ שלה – המקום, הניסיון והאינטרסים שמשפיעים על דעתה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כתיבה ודיון: נקודות מבט ופסקת טיעון על דמותו של הרצל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צירה צעירה ממזרח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חושש שהקונגרס יפגע במעמדו בחברה האוסטרית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סוחר יהודי מווינה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משפחתה סובלת מאנטישמיות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עיתונאי שווייצרי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מה ישנו נאומים באירופה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מתיישבת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מסקר את הכינוס בסקרנות ניטרלית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אחרי מות אחותו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לעיתונאי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עברה לווינה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את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ביקר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'ציונות מדינית' כפי שהרצל גיבש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עלייה שקטה בלי הסכמים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השגת הכרה והסכם בינלאומי לפני התיישבות 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מאבק מזוין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ישיבות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טקס ההשפלה של דרייפוס נחשב נקודת מפנה בחשיבת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פגש את דרייפוס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ראה ששנאת יהודים קיימת גם בארץ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פוטר מהעיתון בעקבותיו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דרייפוס היה חברו הקרוב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'התבוללות' לפי אוצר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מוסדות 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היטמעות בתרבות הרוב עד ויתור על הזהות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דיפלומטית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המאמר 'לא זה הדרך' ב-1889?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בחזון 'אלטנוילנד', מה היה ייעודם של שבעת הכוכבים בדגל שהציע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 לשבעת ימי הבריאה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 לשבע שעות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 לשבע קהילות יהודיות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 לשבע מדינות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אושר בקונגרס הציוני הראשון בבזל במסגרת 'תוכנית בזל'?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בנק להלוואות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מולדת לעם היהודי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הצעת אוגנדה כפתרון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השפה העברית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לשחזר לפחות ארבע תחנות מרכזיות בציר חייו של הרצל ולהסביר את הקשר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בלשוני שלושה מושגים מרכזיים הקשורים לציונות המדינית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לנתח ציטוט קצר ולזהות מי כתב אותו, למי, ולאיזו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